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5537" w14:textId="77777777" w:rsidR="00FB728C" w:rsidRDefault="00000000">
      <w:pPr>
        <w:spacing w:after="80" w:line="240" w:lineRule="auto"/>
        <w:jc w:val="center"/>
      </w:pPr>
      <w:r>
        <w:rPr>
          <w:b/>
          <w:sz w:val="44"/>
        </w:rPr>
        <w:t>TYRUNNOSAURUS RUN</w:t>
      </w:r>
    </w:p>
    <w:p w14:paraId="4AC0FFB6" w14:textId="77777777" w:rsidR="00FB728C" w:rsidRDefault="00000000">
      <w:pPr>
        <w:spacing w:after="80" w:line="240" w:lineRule="auto"/>
        <w:jc w:val="center"/>
      </w:pPr>
      <w:r>
        <w:rPr>
          <w:b/>
          <w:sz w:val="30"/>
        </w:rPr>
        <w:t>PARTICIPANT INFORMATION</w:t>
      </w:r>
    </w:p>
    <w:p w14:paraId="691ED610" w14:textId="77777777" w:rsidR="00FB728C" w:rsidRDefault="00000000">
      <w:pPr>
        <w:spacing w:after="80" w:line="240" w:lineRule="auto"/>
        <w:jc w:val="center"/>
      </w:pPr>
      <w:r>
        <w:rPr>
          <w:b/>
        </w:rPr>
        <w:t>Sunday, September 27, 2026</w:t>
      </w:r>
      <w:r>
        <w:rPr>
          <w:b/>
        </w:rPr>
        <w:br/>
      </w:r>
      <w:r>
        <w:t>New Mexico Museum of Natural History &amp; Science</w:t>
      </w:r>
      <w:r>
        <w:br/>
        <w:t>1801 Mountain Rd. NW • Albuquerque, NM 87104</w:t>
      </w:r>
    </w:p>
    <w:p w14:paraId="5F0701B2" w14:textId="77777777" w:rsidR="00FB728C" w:rsidRDefault="00000000">
      <w:pPr>
        <w:spacing w:after="80" w:line="240" w:lineRule="auto"/>
      </w:pPr>
      <w:r>
        <w:t>Welcome to the 7th Annual TyRUNnosaurus Run, benefiting the New Mexico Museum of Natural History Foundation! Please review the following information carefully before race day.</w:t>
      </w:r>
    </w:p>
    <w:p w14:paraId="2AD8FA5C" w14:textId="77777777" w:rsidR="00FB728C" w:rsidRDefault="00000000">
      <w:pPr>
        <w:pStyle w:val="Heading1"/>
        <w:spacing w:after="80" w:line="240" w:lineRule="auto"/>
      </w:pPr>
      <w:r>
        <w:t>RACE-DAY SCHEDULE</w:t>
      </w:r>
    </w:p>
    <w:tbl>
      <w:tblPr>
        <w:tblStyle w:val="TableGrid"/>
        <w:tblW w:w="0" w:type="auto"/>
        <w:tblLook w:val="04A0" w:firstRow="1" w:lastRow="0" w:firstColumn="1" w:lastColumn="0" w:noHBand="0" w:noVBand="1"/>
      </w:tblPr>
      <w:tblGrid>
        <w:gridCol w:w="1872"/>
        <w:gridCol w:w="5184"/>
      </w:tblGrid>
      <w:tr w:rsidR="00FB728C" w14:paraId="1B6502F7" w14:textId="77777777">
        <w:tc>
          <w:tcPr>
            <w:tcW w:w="1872" w:type="dxa"/>
          </w:tcPr>
          <w:p w14:paraId="61095617" w14:textId="77777777" w:rsidR="00FB728C" w:rsidRDefault="00000000">
            <w:r>
              <w:t>8:45 a.m.</w:t>
            </w:r>
          </w:p>
        </w:tc>
        <w:tc>
          <w:tcPr>
            <w:tcW w:w="5184" w:type="dxa"/>
          </w:tcPr>
          <w:p w14:paraId="3E3892D0" w14:textId="77777777" w:rsidR="00FB728C" w:rsidRDefault="00000000">
            <w:r>
              <w:t>Inflatable Costume Dash</w:t>
            </w:r>
          </w:p>
        </w:tc>
      </w:tr>
      <w:tr w:rsidR="00FB728C" w14:paraId="3597FEF4" w14:textId="77777777">
        <w:tc>
          <w:tcPr>
            <w:tcW w:w="1872" w:type="dxa"/>
          </w:tcPr>
          <w:p w14:paraId="0D2F8990" w14:textId="77777777" w:rsidR="00FB728C" w:rsidRDefault="00000000">
            <w:r>
              <w:t>9:00 a.m.</w:t>
            </w:r>
          </w:p>
        </w:tc>
        <w:tc>
          <w:tcPr>
            <w:tcW w:w="5184" w:type="dxa"/>
          </w:tcPr>
          <w:p w14:paraId="73BD05E4" w14:textId="77777777" w:rsidR="00FB728C" w:rsidRDefault="00000000">
            <w:r>
              <w:t>5K Run/Walk</w:t>
            </w:r>
          </w:p>
        </w:tc>
      </w:tr>
      <w:tr w:rsidR="00FB728C" w14:paraId="16D07373" w14:textId="77777777">
        <w:tc>
          <w:tcPr>
            <w:tcW w:w="1872" w:type="dxa"/>
          </w:tcPr>
          <w:p w14:paraId="231CABB0" w14:textId="77777777" w:rsidR="00FB728C" w:rsidRDefault="00000000">
            <w:r>
              <w:t>9:45 a.m.</w:t>
            </w:r>
          </w:p>
        </w:tc>
        <w:tc>
          <w:tcPr>
            <w:tcW w:w="5184" w:type="dxa"/>
          </w:tcPr>
          <w:p w14:paraId="1DF338A2" w14:textId="77777777" w:rsidR="00FB728C" w:rsidRDefault="00000000">
            <w:r>
              <w:t>Kids K</w:t>
            </w:r>
          </w:p>
        </w:tc>
      </w:tr>
      <w:tr w:rsidR="00FB728C" w14:paraId="058EF0DE" w14:textId="77777777">
        <w:tc>
          <w:tcPr>
            <w:tcW w:w="1872" w:type="dxa"/>
          </w:tcPr>
          <w:p w14:paraId="55E9B906" w14:textId="77777777" w:rsidR="00FB728C" w:rsidRDefault="00000000">
            <w:r>
              <w:t>10:00 a.m.</w:t>
            </w:r>
          </w:p>
        </w:tc>
        <w:tc>
          <w:tcPr>
            <w:tcW w:w="5184" w:type="dxa"/>
          </w:tcPr>
          <w:p w14:paraId="026C0881" w14:textId="77777777" w:rsidR="00FB728C" w:rsidRDefault="00000000">
            <w:r>
              <w:t>Kids 1-Mile Run/Walk</w:t>
            </w:r>
          </w:p>
        </w:tc>
      </w:tr>
      <w:tr w:rsidR="00FB728C" w14:paraId="63F93300" w14:textId="77777777">
        <w:tc>
          <w:tcPr>
            <w:tcW w:w="1872" w:type="dxa"/>
          </w:tcPr>
          <w:p w14:paraId="57BB2A60" w14:textId="77777777" w:rsidR="00FB728C" w:rsidRDefault="00000000">
            <w:r>
              <w:t>10:00 a.m.</w:t>
            </w:r>
          </w:p>
        </w:tc>
        <w:tc>
          <w:tcPr>
            <w:tcW w:w="5184" w:type="dxa"/>
          </w:tcPr>
          <w:p w14:paraId="42557869" w14:textId="77777777" w:rsidR="00FB728C" w:rsidRDefault="00000000">
            <w:r>
              <w:t>Family 1-Mile Walk</w:t>
            </w:r>
          </w:p>
        </w:tc>
      </w:tr>
    </w:tbl>
    <w:p w14:paraId="6A26858D" w14:textId="77777777" w:rsidR="00FB728C" w:rsidRDefault="00000000">
      <w:pPr>
        <w:spacing w:after="80" w:line="240" w:lineRule="auto"/>
      </w:pPr>
      <w:r>
        <w:t>IMPORTANT: We will start on time. Please be at the starting area 10–15 minutes before your scheduled start time.</w:t>
      </w:r>
    </w:p>
    <w:p w14:paraId="62DE6A68" w14:textId="77777777" w:rsidR="00FB728C" w:rsidRDefault="00000000">
      <w:pPr>
        <w:pStyle w:val="Heading1"/>
        <w:spacing w:after="80" w:line="240" w:lineRule="auto"/>
      </w:pPr>
      <w:r>
        <w:t>PARTICIPANT BENEFITS</w:t>
      </w:r>
    </w:p>
    <w:p w14:paraId="09A4FF1C" w14:textId="77777777" w:rsidR="00FB728C" w:rsidRDefault="00000000">
      <w:pPr>
        <w:spacing w:after="80" w:line="240" w:lineRule="auto"/>
      </w:pPr>
      <w:r>
        <w:t>Registered participants will receive an event shirt, participant/finisher medal, and entry into the New Mexico Museum of Natural History &amp; Science.</w:t>
      </w:r>
    </w:p>
    <w:p w14:paraId="19DB9B28" w14:textId="77777777" w:rsidR="00FB728C" w:rsidRDefault="00000000">
      <w:pPr>
        <w:pStyle w:val="Heading1"/>
        <w:spacing w:after="80" w:line="240" w:lineRule="auto"/>
      </w:pPr>
      <w:r>
        <w:t>PACKET PICKUP &amp; LATE REGISTRATION</w:t>
      </w:r>
    </w:p>
    <w:p w14:paraId="18DC1A09" w14:textId="77777777" w:rsidR="00FB728C" w:rsidRDefault="00000000">
      <w:pPr>
        <w:spacing w:after="80" w:line="240" w:lineRule="auto"/>
      </w:pPr>
      <w:r>
        <w:t>Saturday, September 26, 2026 • 11:00 a.m.–3:00 p.m.</w:t>
      </w:r>
    </w:p>
    <w:p w14:paraId="4EDF9034" w14:textId="77777777" w:rsidR="00FB728C" w:rsidRDefault="00000000">
      <w:pPr>
        <w:spacing w:after="80" w:line="240" w:lineRule="auto"/>
      </w:pPr>
      <w:r>
        <w:t>Heart &amp; Sole Sports • 2817 San Mateo Blvd. NE • Albuquerque, NM 87110</w:t>
      </w:r>
    </w:p>
    <w:p w14:paraId="71ABF8EC" w14:textId="77777777" w:rsidR="00FB728C" w:rsidRDefault="00000000">
      <w:pPr>
        <w:spacing w:after="80" w:line="240" w:lineRule="auto"/>
      </w:pPr>
      <w:r>
        <w:t>Late registration will be available at Packet Pickup and on race morning. Pre-registered participants are highly encouraged to pick up their race packets on Saturday. If you cannot attend, a friend or family member may pick up your packet. Out-of-town participants may pick up packets on race morning at the registration area.</w:t>
      </w:r>
    </w:p>
    <w:p w14:paraId="6D79745C" w14:textId="77777777" w:rsidR="00FB728C" w:rsidRDefault="00000000">
      <w:pPr>
        <w:pStyle w:val="Heading1"/>
        <w:spacing w:after="80" w:line="240" w:lineRule="auto"/>
      </w:pPr>
      <w:r>
        <w:t>RACE MORNING / PARKING</w:t>
      </w:r>
    </w:p>
    <w:p w14:paraId="6771ECB9" w14:textId="77777777" w:rsidR="00FB728C" w:rsidRDefault="00000000">
      <w:pPr>
        <w:spacing w:after="80" w:line="240" w:lineRule="auto"/>
      </w:pPr>
      <w:r>
        <w:t>Parking is available at the Explora Museum and Albuquerque Museum. PLEASE USE DESIGNATED PARKING AREAS ONLY.</w:t>
      </w:r>
    </w:p>
    <w:p w14:paraId="1893666D" w14:textId="77777777" w:rsidR="00FB728C" w:rsidRDefault="00000000">
      <w:pPr>
        <w:spacing w:after="80" w:line="240" w:lineRule="auto"/>
      </w:pPr>
      <w:r>
        <w:t>NO PARKING on 18th Street, Mountain Road, along the side of Tiguex Park, sidewalks, or pedestrian/bike paths. These areas are part of the racecourse and must remain clear. Please allow additional time to park and walk to the event area.</w:t>
      </w:r>
    </w:p>
    <w:p w14:paraId="69CD28AE" w14:textId="77777777" w:rsidR="00FB728C" w:rsidRDefault="00000000">
      <w:pPr>
        <w:pStyle w:val="Heading1"/>
        <w:spacing w:after="80" w:line="240" w:lineRule="auto"/>
      </w:pPr>
      <w:r>
        <w:t>START &amp; FINISH</w:t>
      </w:r>
    </w:p>
    <w:p w14:paraId="7E9E872E" w14:textId="77777777" w:rsidR="00FB728C" w:rsidRDefault="00000000">
      <w:pPr>
        <w:spacing w:after="80" w:line="240" w:lineRule="auto"/>
      </w:pPr>
      <w:r>
        <w:t>The primary start and finish area is at Tiguex Park, across from the New Mexico Museum of Natural History &amp; Science. Please report to your event's starting area 10–15 minutes before your scheduled start and listen for announcements from the Race Director.</w:t>
      </w:r>
    </w:p>
    <w:p w14:paraId="22B4E61A" w14:textId="77777777" w:rsidR="00FB728C" w:rsidRDefault="00000000">
      <w:pPr>
        <w:pStyle w:val="Heading1"/>
        <w:spacing w:after="80" w:line="240" w:lineRule="auto"/>
      </w:pPr>
      <w:r>
        <w:t>RACE BIB / TIMING CHIP</w:t>
      </w:r>
    </w:p>
    <w:p w14:paraId="10EC26A0" w14:textId="77777777" w:rsidR="00FB728C" w:rsidRDefault="00000000">
      <w:pPr>
        <w:spacing w:after="80" w:line="240" w:lineRule="auto"/>
      </w:pPr>
      <w:r>
        <w:t>Your race bib contains your timing chip. For timed events, WEAR YOUR BIB ON THE FRONT OF YOUR BODY AND OUTSIDE ALL CLOTHING. Do not cover, fold, alter, remove, or exchange your bib. Bibs are nontransferable. Participants must properly wear their assigned bib to receive an official posted time and be eligible for awards.</w:t>
      </w:r>
    </w:p>
    <w:p w14:paraId="4E927DEC" w14:textId="77777777" w:rsidR="00FB728C" w:rsidRDefault="00000000">
      <w:pPr>
        <w:pStyle w:val="Heading1"/>
        <w:spacing w:after="80" w:line="240" w:lineRule="auto"/>
      </w:pPr>
      <w:r>
        <w:lastRenderedPageBreak/>
        <w:t>INFLATABLE COSTUME DASH</w:t>
      </w:r>
    </w:p>
    <w:p w14:paraId="64F5B09B" w14:textId="77777777" w:rsidR="00FB728C" w:rsidRDefault="00000000">
      <w:pPr>
        <w:spacing w:after="80" w:line="240" w:lineRule="auto"/>
      </w:pPr>
      <w:r>
        <w:t>Start Time: 8:45 a.m. Step into your favorite inflatable costume and wobble—we mean DASH—to the finish line! The dash will start and finish at Tiguex Park. Participants registered for the 5K, Kids K, or Family 1-Mile may participate at no additional charge.</w:t>
      </w:r>
    </w:p>
    <w:p w14:paraId="40851D66" w14:textId="77777777" w:rsidR="00FB728C" w:rsidRDefault="00000000">
      <w:pPr>
        <w:pStyle w:val="Heading1"/>
        <w:spacing w:after="80" w:line="240" w:lineRule="auto"/>
      </w:pPr>
      <w:r>
        <w:t>5K RUN/WALK</w:t>
      </w:r>
    </w:p>
    <w:p w14:paraId="4DC5ABE5" w14:textId="77777777" w:rsidR="00FB728C" w:rsidRDefault="00000000">
      <w:pPr>
        <w:spacing w:after="80" w:line="240" w:lineRule="auto"/>
      </w:pPr>
      <w:r>
        <w:t>Start Time: 9:00 a.m.</w:t>
      </w:r>
    </w:p>
    <w:p w14:paraId="336041DD" w14:textId="77777777" w:rsidR="00FB728C" w:rsidRDefault="00000000">
      <w:pPr>
        <w:pStyle w:val="Heading2"/>
        <w:spacing w:after="80" w:line="240" w:lineRule="auto"/>
      </w:pPr>
      <w:r>
        <w:t>Overall Awards</w:t>
      </w:r>
    </w:p>
    <w:p w14:paraId="0ECB94AE" w14:textId="77777777" w:rsidR="00FB728C" w:rsidRDefault="00000000">
      <w:pPr>
        <w:spacing w:after="80" w:line="240" w:lineRule="auto"/>
      </w:pPr>
      <w:r>
        <w:t>Awards will be presented to the top three men and women, determined by gun time.</w:t>
      </w:r>
    </w:p>
    <w:p w14:paraId="33137F13" w14:textId="77777777" w:rsidR="00FB728C" w:rsidRDefault="00000000">
      <w:pPr>
        <w:pStyle w:val="Heading2"/>
        <w:spacing w:after="80" w:line="240" w:lineRule="auto"/>
      </w:pPr>
      <w:r>
        <w:t>Age-Group Awards</w:t>
      </w:r>
    </w:p>
    <w:p w14:paraId="0DFEC7A9" w14:textId="77777777" w:rsidR="00FB728C" w:rsidRDefault="00000000">
      <w:pPr>
        <w:spacing w:after="80" w:line="240" w:lineRule="auto"/>
      </w:pPr>
      <w:r>
        <w:t>Awards will be presented to the top three male and female finishers in each age group, determined by gun time:</w:t>
      </w:r>
    </w:p>
    <w:p w14:paraId="023E4403" w14:textId="77777777" w:rsidR="00FB728C" w:rsidRDefault="00000000">
      <w:pPr>
        <w:spacing w:after="80" w:line="240" w:lineRule="auto"/>
        <w:jc w:val="center"/>
      </w:pPr>
      <w:r>
        <w:rPr>
          <w:b/>
        </w:rPr>
        <w:t>5 &amp; Under • 6–7 • 8–9 • 10–11 • 12–13 • 14–15 • 16–19</w:t>
      </w:r>
      <w:r>
        <w:rPr>
          <w:b/>
        </w:rPr>
        <w:br/>
        <w:t>20–24 • 25–29 • 30–34 • 35–39 • 40–44 • 45–49</w:t>
      </w:r>
      <w:r>
        <w:rPr>
          <w:b/>
        </w:rPr>
        <w:br/>
        <w:t>50–54 • 55–59 • 60–64 • 65–69 • 70+</w:t>
      </w:r>
    </w:p>
    <w:p w14:paraId="29C3E19C" w14:textId="77777777" w:rsidR="00FB728C" w:rsidRDefault="00000000">
      <w:pPr>
        <w:pStyle w:val="Heading1"/>
        <w:spacing w:after="80" w:line="240" w:lineRule="auto"/>
      </w:pPr>
      <w:r>
        <w:t>KIDS K</w:t>
      </w:r>
    </w:p>
    <w:p w14:paraId="5AB2F231" w14:textId="77777777" w:rsidR="00FB728C" w:rsidRDefault="00000000">
      <w:pPr>
        <w:spacing w:after="80" w:line="240" w:lineRule="auto"/>
      </w:pPr>
      <w:r>
        <w:t>Start Time: 9:45 a.m. Registered participants 11 and under may participate in the RunFit Kids K. All Kids K participants will receive a special recognition award at the finish.</w:t>
      </w:r>
    </w:p>
    <w:p w14:paraId="1E022E73" w14:textId="77777777" w:rsidR="00FB728C" w:rsidRDefault="00000000">
      <w:pPr>
        <w:pStyle w:val="Heading1"/>
        <w:spacing w:after="80" w:line="240" w:lineRule="auto"/>
      </w:pPr>
      <w:r>
        <w:t>KIDS 1-MILE &amp; FAMILY 1-MILE</w:t>
      </w:r>
    </w:p>
    <w:p w14:paraId="54BCB3CA" w14:textId="77777777" w:rsidR="00FB728C" w:rsidRDefault="00000000">
      <w:pPr>
        <w:spacing w:after="80" w:line="240" w:lineRule="auto"/>
      </w:pPr>
      <w:r>
        <w:t>Start Time: 10:00 a.m. Registered participants age 11 and under are eligible for the Kids 1-Mile Run/Walk. The Family 1-Mile starts at the same time. Participants registered for the 5K or Kids K are also welcome to participate in the Family 1-Mile. Others must register for the Family 1-Mile.</w:t>
      </w:r>
    </w:p>
    <w:p w14:paraId="664A2732" w14:textId="77777777" w:rsidR="00FB728C" w:rsidRDefault="00000000">
      <w:pPr>
        <w:pStyle w:val="Heading1"/>
        <w:spacing w:after="80" w:line="240" w:lineRule="auto"/>
      </w:pPr>
      <w:r>
        <w:t>COURSE INFORMATION</w:t>
      </w:r>
    </w:p>
    <w:p w14:paraId="45CE88B3" w14:textId="77777777" w:rsidR="00FB728C" w:rsidRDefault="00000000">
      <w:pPr>
        <w:spacing w:after="80" w:line="240" w:lineRule="auto"/>
      </w:pPr>
      <w:r>
        <w:t>There will be one fluid replacement station on the course. Please review your course map before race day and follow all course markings and instructions from course marshals and volunteers.</w:t>
      </w:r>
    </w:p>
    <w:p w14:paraId="1F5F0535" w14:textId="569FF86A" w:rsidR="00FB728C" w:rsidRDefault="00000000">
      <w:pPr>
        <w:spacing w:after="80" w:line="240" w:lineRule="auto"/>
      </w:pPr>
      <w:r>
        <w:rPr>
          <w:b/>
        </w:rPr>
        <w:t xml:space="preserve">5K – TyRUNnosaurus 5K Run 2026: </w:t>
      </w:r>
      <w:hyperlink r:id="rId6" w:history="1">
        <w:proofErr w:type="spellStart"/>
        <w:r w:rsidR="00A750CB" w:rsidRPr="00A55165">
          <w:rPr>
            <w:color w:val="0000FF"/>
            <w:u w:val="single"/>
          </w:rPr>
          <w:t>TyRUNnosaurus</w:t>
        </w:r>
        <w:proofErr w:type="spellEnd"/>
        <w:r w:rsidR="00A750CB" w:rsidRPr="00A55165">
          <w:rPr>
            <w:color w:val="0000FF"/>
            <w:u w:val="single"/>
          </w:rPr>
          <w:t xml:space="preserve"> 5K Run 2026 - </w:t>
        </w:r>
        <w:proofErr w:type="spellStart"/>
        <w:r w:rsidR="00A750CB" w:rsidRPr="00A55165">
          <w:rPr>
            <w:color w:val="0000FF"/>
            <w:u w:val="single"/>
          </w:rPr>
          <w:t>MapMyRun</w:t>
        </w:r>
        <w:proofErr w:type="spellEnd"/>
      </w:hyperlink>
    </w:p>
    <w:p w14:paraId="1B57955A" w14:textId="2889D8AE" w:rsidR="00FB728C" w:rsidRDefault="00000000">
      <w:pPr>
        <w:spacing w:after="80" w:line="240" w:lineRule="auto"/>
      </w:pPr>
      <w:r>
        <w:rPr>
          <w:b/>
        </w:rPr>
        <w:t xml:space="preserve">1-Mile – TyRUNnosaurus 1-Mile: </w:t>
      </w:r>
      <w:r>
        <w:t>https:</w:t>
      </w:r>
      <w:r w:rsidR="00A750CB" w:rsidRPr="00A750CB">
        <w:t xml:space="preserve"> </w:t>
      </w:r>
      <w:hyperlink r:id="rId7" w:history="1">
        <w:r w:rsidR="00A750CB" w:rsidRPr="00502A81">
          <w:rPr>
            <w:color w:val="0000FF"/>
            <w:u w:val="single"/>
          </w:rPr>
          <w:t xml:space="preserve">TYRUNNOSAURUS 1-MILE 2025 (NEW) - </w:t>
        </w:r>
        <w:proofErr w:type="spellStart"/>
        <w:r w:rsidR="00A750CB" w:rsidRPr="00502A81">
          <w:rPr>
            <w:color w:val="0000FF"/>
            <w:u w:val="single"/>
          </w:rPr>
          <w:t>MapMyRun</w:t>
        </w:r>
        <w:proofErr w:type="spellEnd"/>
      </w:hyperlink>
    </w:p>
    <w:p w14:paraId="752A0054" w14:textId="3CC68437" w:rsidR="00A750CB" w:rsidRDefault="00000000" w:rsidP="00A750CB">
      <w:pPr>
        <w:spacing w:after="80" w:line="240" w:lineRule="auto"/>
      </w:pPr>
      <w:r>
        <w:rPr>
          <w:b/>
        </w:rPr>
        <w:t xml:space="preserve">Kids K – TyRUNnosaurus Kids K 2026: </w:t>
      </w:r>
      <w:hyperlink r:id="rId8" w:history="1">
        <w:proofErr w:type="spellStart"/>
        <w:r w:rsidR="00A750CB" w:rsidRPr="00A55165">
          <w:rPr>
            <w:color w:val="0000FF"/>
            <w:u w:val="single"/>
          </w:rPr>
          <w:t>TyRUNnosaurus</w:t>
        </w:r>
        <w:proofErr w:type="spellEnd"/>
        <w:r w:rsidR="00A750CB" w:rsidRPr="00A55165">
          <w:rPr>
            <w:color w:val="0000FF"/>
            <w:u w:val="single"/>
          </w:rPr>
          <w:t xml:space="preserve"> KIDS K 2026 - </w:t>
        </w:r>
        <w:proofErr w:type="spellStart"/>
        <w:r w:rsidR="00A750CB" w:rsidRPr="00A55165">
          <w:rPr>
            <w:color w:val="0000FF"/>
            <w:u w:val="single"/>
          </w:rPr>
          <w:t>MapMyRun</w:t>
        </w:r>
        <w:proofErr w:type="spellEnd"/>
      </w:hyperlink>
    </w:p>
    <w:p w14:paraId="2502998F" w14:textId="59217FA0" w:rsidR="00FB728C" w:rsidRDefault="00000000">
      <w:pPr>
        <w:pStyle w:val="Heading1"/>
        <w:spacing w:after="80" w:line="240" w:lineRule="auto"/>
      </w:pPr>
      <w:r>
        <w:t>RESULTS &amp; POST-RACE</w:t>
      </w:r>
    </w:p>
    <w:p w14:paraId="6FC9D5D1" w14:textId="77777777" w:rsidR="00FB728C" w:rsidRDefault="00000000">
      <w:pPr>
        <w:spacing w:after="80" w:line="240" w:lineRule="auto"/>
      </w:pPr>
      <w:r>
        <w:t>Race results will be available following the event near the finish area and online at www.irunfit.org. Overall and age-group award winners will be announced during the Awards Ceremony following the Kids K. Post-race refreshments will be available near the finish.</w:t>
      </w:r>
    </w:p>
    <w:p w14:paraId="2D1CAF15" w14:textId="77777777" w:rsidR="00FB728C" w:rsidRDefault="00000000">
      <w:pPr>
        <w:pStyle w:val="Heading1"/>
        <w:spacing w:after="80" w:line="240" w:lineRule="auto"/>
      </w:pPr>
      <w:r>
        <w:t>STROLLERS / BABY JOGGERS</w:t>
      </w:r>
    </w:p>
    <w:p w14:paraId="407591B8" w14:textId="77777777" w:rsidR="00FB728C" w:rsidRDefault="00000000">
      <w:pPr>
        <w:spacing w:after="80" w:line="240" w:lineRule="auto"/>
      </w:pPr>
      <w:r>
        <w:t>Strollers and baby joggers are permitted but must start toward the back of the pack. Participants must take extra precautions not to impede others, and children must remain properly secured. Baby carriers and baby backpacks are not permitted.</w:t>
      </w:r>
    </w:p>
    <w:p w14:paraId="7964188E" w14:textId="77777777" w:rsidR="00FB728C" w:rsidRDefault="00000000">
      <w:pPr>
        <w:pStyle w:val="Heading1"/>
        <w:spacing w:after="80" w:line="240" w:lineRule="auto"/>
      </w:pPr>
      <w:r>
        <w:lastRenderedPageBreak/>
        <w:t>HEADPHONES &amp; ELECTRONIC DEVICES</w:t>
      </w:r>
    </w:p>
    <w:p w14:paraId="100F0230" w14:textId="77777777" w:rsidR="00FB728C" w:rsidRDefault="00000000">
      <w:pPr>
        <w:spacing w:after="80" w:line="240" w:lineRule="auto"/>
      </w:pPr>
      <w:r>
        <w:t>Headphones are permitted; however, participants must remain aware of their surroundings and able to hear race officials, volunteers, course marshals, other participants, and public-safety personnel. We strongly recommend using only one earbud/earpiece or keeping the volume low. GPS watches are permitted, but GPS times and distances are not official race results.</w:t>
      </w:r>
    </w:p>
    <w:p w14:paraId="2AD3B5FE" w14:textId="77777777" w:rsidR="00FB728C" w:rsidRDefault="00000000">
      <w:pPr>
        <w:pStyle w:val="Heading1"/>
        <w:spacing w:after="80" w:line="240" w:lineRule="auto"/>
      </w:pPr>
      <w:r>
        <w:t>NOT ALLOWED ON THE COURSE</w:t>
      </w:r>
    </w:p>
    <w:p w14:paraId="16F9A0DA" w14:textId="77777777" w:rsidR="00FB728C" w:rsidRDefault="00000000">
      <w:pPr>
        <w:spacing w:after="80" w:line="240" w:lineRule="auto"/>
      </w:pPr>
      <w:r>
        <w:t>Animals, unauthorized bicycles, skateboards, inline skates/rollerblades, motorized scooters, unauthorized wheeled devices, baby carriers, and baby backpacks are prohibited. Strollers and baby joggers are permitted as noted above.</w:t>
      </w:r>
    </w:p>
    <w:p w14:paraId="019C7AEE" w14:textId="77777777" w:rsidR="00FB728C" w:rsidRDefault="00000000">
      <w:pPr>
        <w:pStyle w:val="Heading1"/>
        <w:spacing w:after="80" w:line="240" w:lineRule="auto"/>
      </w:pPr>
      <w:r>
        <w:t>MEDICAL SUPPORT</w:t>
      </w:r>
    </w:p>
    <w:p w14:paraId="6B24A49F" w14:textId="77777777" w:rsidR="00FB728C" w:rsidRDefault="00000000">
      <w:pPr>
        <w:spacing w:after="80" w:line="240" w:lineRule="auto"/>
      </w:pPr>
      <w:r>
        <w:t>Medical personnel will be available. If you need assistance, notify a race official, volunteer, or course marshal. Event officials may withdraw a participant who appears distressed or at risk. If you cannot finish, please notify a race official and provide your bib number.</w:t>
      </w:r>
    </w:p>
    <w:p w14:paraId="77CC4F63" w14:textId="77777777" w:rsidR="00FB728C" w:rsidRDefault="00000000">
      <w:pPr>
        <w:pStyle w:val="Heading1"/>
        <w:spacing w:after="80" w:line="240" w:lineRule="auto"/>
      </w:pPr>
      <w:r>
        <w:t>INCLEMENT WEATHER</w:t>
      </w:r>
    </w:p>
    <w:p w14:paraId="740E766F" w14:textId="77777777" w:rsidR="00FB728C" w:rsidRDefault="00000000">
      <w:pPr>
        <w:spacing w:after="80" w:line="240" w:lineRule="auto"/>
      </w:pPr>
      <w:r>
        <w:t>RunFit will monitor weather conditions. Heavy rain, lightning, high winds, or extreme temperatures may result in delays, course modifications, or cancellation. Updates may be communicated by email, through www.irunfit.org, and through race-day announcements. Please listen carefully to all race-day announcements.</w:t>
      </w:r>
    </w:p>
    <w:p w14:paraId="69E268B2" w14:textId="77777777" w:rsidR="00FB728C" w:rsidRDefault="00000000">
      <w:pPr>
        <w:pStyle w:val="Heading1"/>
        <w:spacing w:after="80" w:line="240" w:lineRule="auto"/>
      </w:pPr>
      <w:r>
        <w:t>REFUNDS, TRANSFERS &amp; DEFERRALS</w:t>
      </w:r>
    </w:p>
    <w:p w14:paraId="2DD775EB" w14:textId="77777777" w:rsidR="00FB728C" w:rsidRDefault="00000000">
      <w:pPr>
        <w:spacing w:after="80" w:line="240" w:lineRule="auto"/>
      </w:pPr>
      <w:r>
        <w:t>Entry fees are non-refundable and cannot be deferred to a future event. Race entries and bib numbers may not be sold or transferred to another participant.</w:t>
      </w:r>
    </w:p>
    <w:p w14:paraId="3DD37883" w14:textId="77777777" w:rsidR="00FB728C" w:rsidRDefault="00000000">
      <w:pPr>
        <w:pStyle w:val="Heading1"/>
        <w:spacing w:after="80" w:line="240" w:lineRule="auto"/>
      </w:pPr>
      <w:r>
        <w:t>LOST &amp; FOUND</w:t>
      </w:r>
    </w:p>
    <w:p w14:paraId="74C2FFA5" w14:textId="77777777" w:rsidR="00FB728C" w:rsidRDefault="00000000">
      <w:pPr>
        <w:spacing w:after="80" w:line="240" w:lineRule="auto"/>
      </w:pPr>
      <w:r>
        <w:t>A Lost &amp; Found will be available on race day. For assistance following the event, contact RunFit at 505-217-4774.</w:t>
      </w:r>
    </w:p>
    <w:p w14:paraId="77D656C6" w14:textId="77777777" w:rsidR="00FB728C" w:rsidRDefault="00000000">
      <w:pPr>
        <w:pStyle w:val="Heading1"/>
        <w:spacing w:after="80" w:line="240" w:lineRule="auto"/>
      </w:pPr>
      <w:r>
        <w:t>MUSEUM FAMILY PLUS MEMBERSHIP</w:t>
      </w:r>
    </w:p>
    <w:p w14:paraId="74CBD141" w14:textId="77777777" w:rsidR="00FB728C" w:rsidRDefault="00000000">
      <w:pPr>
        <w:spacing w:after="80" w:line="240" w:lineRule="auto"/>
      </w:pPr>
      <w:r>
        <w:t>The New Mexico Museum of Natural History Foundation is offering TyRUNnosaurus participants a 10% discount on its Family Plus Membership. The discount may be redeemed in person on race day.</w:t>
      </w:r>
    </w:p>
    <w:p w14:paraId="4A279709" w14:textId="77777777" w:rsidR="00FB728C" w:rsidRDefault="00000000">
      <w:pPr>
        <w:pStyle w:val="Heading1"/>
        <w:spacing w:after="80" w:line="240" w:lineRule="auto"/>
      </w:pPr>
      <w:r>
        <w:t>THANK A VOLUNTEER!</w:t>
      </w:r>
    </w:p>
    <w:p w14:paraId="6BDA07D0" w14:textId="77777777" w:rsidR="00FB728C" w:rsidRDefault="00000000">
      <w:pPr>
        <w:spacing w:after="80" w:line="240" w:lineRule="auto"/>
      </w:pPr>
      <w:r>
        <w:t>The TyRUNnosaurus Run is fortunate to have some of the friendliest and hardest-working volunteers around. When you see a volunteer, please give them a big THANK YOU! They help make race day possible.</w:t>
      </w:r>
    </w:p>
    <w:p w14:paraId="266AA4B6" w14:textId="77777777" w:rsidR="00FB728C" w:rsidRDefault="00000000">
      <w:pPr>
        <w:pStyle w:val="Heading1"/>
        <w:spacing w:after="80" w:line="240" w:lineRule="auto"/>
      </w:pPr>
      <w:r>
        <w:t>RUNFIT &amp; TYRUNNOSAURUS</w:t>
      </w:r>
    </w:p>
    <w:p w14:paraId="643D8E31" w14:textId="77777777" w:rsidR="00FB728C" w:rsidRDefault="00000000">
      <w:pPr>
        <w:spacing w:after="80" w:line="240" w:lineRule="auto"/>
      </w:pPr>
      <w:r>
        <w:t>RunFit and the New Mexico Museum of Natural History Foundation are proud to bring the 7th Annual TyRUNnosaurus Run to Albuquerque in support of the New Mexico Museum of Natural History &amp; Science.</w:t>
      </w:r>
    </w:p>
    <w:p w14:paraId="2884D0DC" w14:textId="77777777" w:rsidR="00FB728C" w:rsidRDefault="00000000">
      <w:pPr>
        <w:spacing w:after="80" w:line="240" w:lineRule="auto"/>
      </w:pPr>
      <w:r>
        <w:t>Additional race information, results, and upcoming events: www.irunfit.org</w:t>
      </w:r>
    </w:p>
    <w:p w14:paraId="0A4D4059" w14:textId="77777777" w:rsidR="00FB728C" w:rsidRPr="00A750CB" w:rsidRDefault="00000000">
      <w:pPr>
        <w:spacing w:after="80" w:line="240" w:lineRule="auto"/>
        <w:rPr>
          <w:lang w:val="fr-FR"/>
        </w:rPr>
      </w:pPr>
      <w:r w:rsidRPr="00A750CB">
        <w:rPr>
          <w:lang w:val="fr-FR"/>
        </w:rPr>
        <w:t xml:space="preserve">Race </w:t>
      </w:r>
      <w:proofErr w:type="gramStart"/>
      <w:r w:rsidRPr="00A750CB">
        <w:rPr>
          <w:lang w:val="fr-FR"/>
        </w:rPr>
        <w:t>Questions:</w:t>
      </w:r>
      <w:proofErr w:type="gramEnd"/>
      <w:r w:rsidRPr="00A750CB">
        <w:rPr>
          <w:lang w:val="fr-FR"/>
        </w:rPr>
        <w:t xml:space="preserve"> RunFit • 505-217-4774 • stephenpino@hotmail.com</w:t>
      </w:r>
    </w:p>
    <w:p w14:paraId="50AA4131" w14:textId="77777777" w:rsidR="00FB728C" w:rsidRDefault="00000000">
      <w:pPr>
        <w:spacing w:after="80" w:line="240" w:lineRule="auto"/>
        <w:jc w:val="center"/>
      </w:pPr>
      <w:r>
        <w:rPr>
          <w:b/>
        </w:rPr>
        <w:t>We'll see you at the starting line!</w:t>
      </w:r>
      <w:r>
        <w:rPr>
          <w:b/>
        </w:rPr>
        <w:br/>
        <w:t>RunFit</w:t>
      </w:r>
      <w:r>
        <w:rPr>
          <w:b/>
        </w:rPr>
        <w:br/>
        <w:t>Building a healthier community, one event at a time.</w:t>
      </w:r>
    </w:p>
    <w:sectPr w:rsidR="00FB728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6717175">
    <w:abstractNumId w:val="8"/>
  </w:num>
  <w:num w:numId="2" w16cid:durableId="1891184551">
    <w:abstractNumId w:val="6"/>
  </w:num>
  <w:num w:numId="3" w16cid:durableId="1109396551">
    <w:abstractNumId w:val="5"/>
  </w:num>
  <w:num w:numId="4" w16cid:durableId="988945567">
    <w:abstractNumId w:val="4"/>
  </w:num>
  <w:num w:numId="5" w16cid:durableId="1291470436">
    <w:abstractNumId w:val="7"/>
  </w:num>
  <w:num w:numId="6" w16cid:durableId="796529634">
    <w:abstractNumId w:val="3"/>
  </w:num>
  <w:num w:numId="7" w16cid:durableId="584193087">
    <w:abstractNumId w:val="2"/>
  </w:num>
  <w:num w:numId="8" w16cid:durableId="1098135876">
    <w:abstractNumId w:val="1"/>
  </w:num>
  <w:num w:numId="9" w16cid:durableId="1465656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1419"/>
    <w:rsid w:val="00A750CB"/>
    <w:rsid w:val="00AA1D8D"/>
    <w:rsid w:val="00B47730"/>
    <w:rsid w:val="00CB0664"/>
    <w:rsid w:val="00FB72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EB9117"/>
  <w14:defaultImageDpi w14:val="300"/>
  <w15:docId w15:val="{4C460A04-430B-42D4-923D-812C2FFED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myrun.com/routes/view/6625499562/" TargetMode="External"/><Relationship Id="rId3" Type="http://schemas.openxmlformats.org/officeDocument/2006/relationships/styles" Target="styles.xml"/><Relationship Id="rId7" Type="http://schemas.openxmlformats.org/officeDocument/2006/relationships/hyperlink" Target="https://www.mapmyrun.com/routes/view/662548341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pmyrun.com/routes/view/662550296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Pino</cp:lastModifiedBy>
  <cp:revision>2</cp:revision>
  <dcterms:created xsi:type="dcterms:W3CDTF">2026-09-23T13:40:00Z</dcterms:created>
  <dcterms:modified xsi:type="dcterms:W3CDTF">2026-09-23T13:40:00Z</dcterms:modified>
  <cp:category/>
</cp:coreProperties>
</file>