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93755" w14:textId="77777777" w:rsidR="006E3458" w:rsidRDefault="00000000">
      <w:pPr>
        <w:jc w:val="center"/>
      </w:pPr>
      <w:r>
        <w:rPr>
          <w:noProof/>
        </w:rPr>
        <w:drawing>
          <wp:inline distT="0" distB="0" distL="0" distR="0" wp14:anchorId="652EEB4B" wp14:editId="54058080">
            <wp:extent cx="1920240" cy="12318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dia_logo.png"/>
                    <pic:cNvPicPr/>
                  </pic:nvPicPr>
                  <pic:blipFill>
                    <a:blip r:embed="rId8"/>
                    <a:stretch>
                      <a:fillRect/>
                    </a:stretch>
                  </pic:blipFill>
                  <pic:spPr>
                    <a:xfrm>
                      <a:off x="0" y="0"/>
                      <a:ext cx="1920240" cy="1231852"/>
                    </a:xfrm>
                    <a:prstGeom prst="rect">
                      <a:avLst/>
                    </a:prstGeom>
                  </pic:spPr>
                </pic:pic>
              </a:graphicData>
            </a:graphic>
          </wp:inline>
        </w:drawing>
      </w:r>
    </w:p>
    <w:p w14:paraId="36AC9F5B" w14:textId="77777777" w:rsidR="006E3458" w:rsidRDefault="00000000">
      <w:pPr>
        <w:pStyle w:val="Title"/>
        <w:jc w:val="center"/>
      </w:pPr>
      <w:r>
        <w:t>SANDIA MOUNTAIN SHADOWS TRAIL RUN</w:t>
      </w:r>
    </w:p>
    <w:p w14:paraId="176A39FB" w14:textId="77777777" w:rsidR="006E3458" w:rsidRDefault="00000000">
      <w:pPr>
        <w:jc w:val="center"/>
      </w:pPr>
      <w:r>
        <w:rPr>
          <w:b/>
          <w:sz w:val="22"/>
        </w:rPr>
        <w:t>PARTICIPANT INFORMATION | SUNDAY, OCTOBER 4, 2026</w:t>
      </w:r>
    </w:p>
    <w:tbl>
      <w:tblPr>
        <w:tblW w:w="0" w:type="auto"/>
        <w:jc w:val="center"/>
        <w:tblLayout w:type="fixed"/>
        <w:tblLook w:val="04A0" w:firstRow="1" w:lastRow="0" w:firstColumn="1" w:lastColumn="0" w:noHBand="0" w:noVBand="1"/>
      </w:tblPr>
      <w:tblGrid>
        <w:gridCol w:w="5184"/>
        <w:gridCol w:w="5184"/>
      </w:tblGrid>
      <w:tr w:rsidR="006E3458" w14:paraId="3B316B13" w14:textId="77777777">
        <w:trPr>
          <w:jc w:val="center"/>
        </w:trPr>
        <w:tc>
          <w:tcPr>
            <w:tcW w:w="5184" w:type="dxa"/>
            <w:shd w:val="clear" w:color="auto" w:fill="F2F2F2"/>
            <w:vAlign w:val="center"/>
          </w:tcPr>
          <w:p w14:paraId="613F1671" w14:textId="77777777" w:rsidR="006E3458" w:rsidRDefault="00000000">
            <w:r>
              <w:rPr>
                <w:b/>
              </w:rPr>
              <w:t>START / FINISH LOCATION</w:t>
            </w:r>
            <w:r>
              <w:rPr>
                <w:b/>
              </w:rPr>
              <w:br/>
            </w:r>
            <w:r>
              <w:t>Piedra Lisa Park</w:t>
            </w:r>
            <w:r>
              <w:br/>
              <w:t>13101 Menaul Blvd. NE</w:t>
            </w:r>
            <w:r>
              <w:br/>
              <w:t>Albuquerque, NM 87112</w:t>
            </w:r>
          </w:p>
        </w:tc>
        <w:tc>
          <w:tcPr>
            <w:tcW w:w="5184" w:type="dxa"/>
            <w:shd w:val="clear" w:color="auto" w:fill="F2F2F2"/>
            <w:vAlign w:val="center"/>
          </w:tcPr>
          <w:p w14:paraId="4C4CD919" w14:textId="77777777" w:rsidR="006E3458" w:rsidRDefault="00000000">
            <w:r>
              <w:rPr>
                <w:b/>
              </w:rPr>
              <w:t>EVENT SCHEDULE</w:t>
            </w:r>
            <w:r>
              <w:rPr>
                <w:b/>
              </w:rPr>
              <w:br/>
            </w:r>
            <w:r>
              <w:t>15K - 8:00 a.m.</w:t>
            </w:r>
            <w:r>
              <w:br/>
              <w:t>10K - 8:15 a.m.</w:t>
            </w:r>
            <w:r>
              <w:br/>
              <w:t>5K - 8:30 a.m.</w:t>
            </w:r>
          </w:p>
        </w:tc>
      </w:tr>
    </w:tbl>
    <w:p w14:paraId="71E58D51" w14:textId="77777777" w:rsidR="006E3458" w:rsidRDefault="00000000">
      <w:pPr>
        <w:pStyle w:val="Heading1"/>
      </w:pPr>
      <w:r>
        <w:t>PACKET PICKUP &amp; LATE REGISTRATION</w:t>
      </w:r>
    </w:p>
    <w:p w14:paraId="0E6B5F54" w14:textId="77777777" w:rsidR="006E3458" w:rsidRDefault="00000000">
      <w:r>
        <w:rPr>
          <w:b/>
        </w:rPr>
        <w:t>Saturday, October 3, 2026 | 11:00 a.m.-3:00 p.m.</w:t>
      </w:r>
    </w:p>
    <w:p w14:paraId="4834D994" w14:textId="77777777" w:rsidR="006E3458" w:rsidRPr="00C73235" w:rsidRDefault="00000000">
      <w:pPr>
        <w:rPr>
          <w:lang w:val="fr-FR"/>
        </w:rPr>
      </w:pPr>
      <w:r>
        <w:rPr>
          <w:b/>
        </w:rPr>
        <w:t>Fleet Feet Sports - North Towne Plaza</w:t>
      </w:r>
      <w:r>
        <w:rPr>
          <w:b/>
        </w:rPr>
        <w:br/>
      </w:r>
      <w:r>
        <w:t xml:space="preserve">5901 Wyoming Blvd. </w:t>
      </w:r>
      <w:r w:rsidRPr="00C73235">
        <w:rPr>
          <w:lang w:val="fr-FR"/>
        </w:rPr>
        <w:t>NE, Suite R</w:t>
      </w:r>
      <w:r w:rsidRPr="00C73235">
        <w:rPr>
          <w:lang w:val="fr-FR"/>
        </w:rPr>
        <w:br/>
        <w:t>Albuquerque, NM 87109</w:t>
      </w:r>
    </w:p>
    <w:p w14:paraId="2E8BE838" w14:textId="77777777" w:rsidR="006E3458" w:rsidRDefault="00000000">
      <w:r>
        <w:t>Participants are encouraged to pick up their packets on Saturday to avoid race-morning lines and improve the chance of receiving their preferred shirt size. Out-of-town participants may pick up packets on race morning from 7:00-7:45 a.m. Race-day registration will be available at Piedra Lisa Park.</w:t>
      </w:r>
    </w:p>
    <w:p w14:paraId="485883EF" w14:textId="77777777" w:rsidR="006E3458" w:rsidRDefault="00000000">
      <w:pPr>
        <w:pStyle w:val="Heading1"/>
      </w:pPr>
      <w:r>
        <w:t>PARKING</w:t>
      </w:r>
    </w:p>
    <w:p w14:paraId="06CA4EA1" w14:textId="77777777" w:rsidR="006E3458" w:rsidRDefault="00000000">
      <w:r>
        <w:t>Please park on surrounding side streets only. The north side of Menaul Blvd., from Piedra Lisa Park to the Open Space parking lot, is reserved for course use. Please allow extra time for parking and walking to the start area.</w:t>
      </w:r>
    </w:p>
    <w:p w14:paraId="1A37320F" w14:textId="77777777" w:rsidR="006E3458" w:rsidRDefault="00000000">
      <w:pPr>
        <w:pStyle w:val="Heading1"/>
      </w:pPr>
      <w:r>
        <w:t>START INFORMATION</w:t>
      </w:r>
    </w:p>
    <w:p w14:paraId="52882C6F" w14:textId="77777777" w:rsidR="006E3458" w:rsidRDefault="00000000">
      <w:r>
        <w:t>The 15K, 10K and 5K events start at or near Piedra Lisa Park and will begin promptly at the scheduled times. Portable restrooms are available near the Start/Finish area, just west of the park. Please arrive early and be ready at the appropriate start area before your race.</w:t>
      </w:r>
    </w:p>
    <w:p w14:paraId="4D1D8700" w14:textId="77777777" w:rsidR="006E3458" w:rsidRDefault="00000000">
      <w:r>
        <w:t>The 5K start on Menaul Blvd. is located just east of the 10K start, which is adjacent to the park. Follow race-day signage and volunteer instructions for your event start.</w:t>
      </w:r>
    </w:p>
    <w:p w14:paraId="00D0DB54" w14:textId="77777777" w:rsidR="006E3458" w:rsidRDefault="00000000">
      <w:pPr>
        <w:pStyle w:val="Heading1"/>
      </w:pPr>
      <w:r>
        <w:t>RACE BIB &amp; TIMING REQUIREMENTS</w:t>
      </w:r>
    </w:p>
    <w:p w14:paraId="677ACE33" w14:textId="77777777" w:rsidR="006E3458" w:rsidRDefault="00000000">
      <w:r>
        <w:t>Wear your assigned race bib visibly on the FRONT of your outermost clothing for the entire race. Keep the timing chip attached to the back of the bib and do not fold, alter or remove it. Bibs are assigned to individual participants and may not be transferred. Only registered participants are permitted on the course.</w:t>
      </w:r>
    </w:p>
    <w:p w14:paraId="6D456C91" w14:textId="77777777" w:rsidR="006E3458" w:rsidRDefault="00000000">
      <w:pPr>
        <w:pStyle w:val="Heading1"/>
      </w:pPr>
      <w:r>
        <w:t>COURSE HYDRATION</w:t>
      </w:r>
    </w:p>
    <w:p w14:paraId="1B62ED84" w14:textId="77777777" w:rsidR="006E3458" w:rsidRDefault="00000000">
      <w:pPr>
        <w:pStyle w:val="Alert"/>
      </w:pPr>
      <w:r>
        <w:t>15K PARTICIPANTS - PERSONAL HYDRATION STRONGLY RECOMMENDED</w:t>
      </w:r>
    </w:p>
    <w:p w14:paraId="3D3E97BA" w14:textId="77777777" w:rsidR="006E3458" w:rsidRDefault="00000000">
      <w:r>
        <w:t>Due to the challenging trail terrain and limited access to portions of the 15K course, 15K participants are strongly encouraged to carry their own hydration. A hydration vest or pack, handheld bottle, hydration belt, or similar hydration system is recommended.</w:t>
      </w:r>
    </w:p>
    <w:p w14:paraId="254F8BF2" w14:textId="77777777" w:rsidR="006E3458" w:rsidRDefault="00000000">
      <w:r>
        <w:t>Water and Powerade will be available at designated aid stations; however, there is an extended section of the 15K course where an additional aid station cannot be provided. Please plan accordingly and carry enough hydration for your individual needs and expected time on the course.</w:t>
      </w:r>
    </w:p>
    <w:p w14:paraId="77B8806D" w14:textId="77777777" w:rsidR="006E3458" w:rsidRDefault="00000000">
      <w:pPr>
        <w:pStyle w:val="Heading1"/>
      </w:pPr>
      <w:r>
        <w:t>COURSE MARKING</w:t>
      </w:r>
    </w:p>
    <w:p w14:paraId="7C23DAAB" w14:textId="77777777" w:rsidR="006E3458" w:rsidRDefault="00000000">
      <w:r>
        <w:t>The course will be marked with course signage and orange flag rods. Please stay on designated trails and follow all course markings and volunteer instructions. There are no mile markers on the course.</w:t>
      </w:r>
    </w:p>
    <w:p w14:paraId="0688C2BE" w14:textId="77777777" w:rsidR="006E3458" w:rsidRDefault="00000000">
      <w:pPr>
        <w:pStyle w:val="Heading1"/>
      </w:pPr>
      <w:r>
        <w:lastRenderedPageBreak/>
        <w:t>MEDICAL SUPPORT</w:t>
      </w:r>
    </w:p>
    <w:p w14:paraId="47A3A6CC" w14:textId="77777777" w:rsidR="006E3458" w:rsidRDefault="00000000">
      <w:r>
        <w:t>Medical staff will be available during the event. If you need assistance or are unable to finish, notify a race official and provide your bib number. Race officials may remove a participant from the course when continued participation presents a safety concern.</w:t>
      </w:r>
    </w:p>
    <w:p w14:paraId="6C42CDA7" w14:textId="77777777" w:rsidR="006E3458" w:rsidRDefault="00000000">
      <w:pPr>
        <w:pStyle w:val="Heading1"/>
      </w:pPr>
      <w:r>
        <w:t>AWARDS</w:t>
      </w:r>
    </w:p>
    <w:p w14:paraId="59D86EEF" w14:textId="77777777" w:rsidR="006E3458" w:rsidRDefault="00000000">
      <w:r>
        <w:t>Awards are scheduled to be presented at 9:30 a.m. to the top three men and women, based on gun time. Please check with race staff at the finish area regarding event and age-group awards.</w:t>
      </w:r>
    </w:p>
    <w:p w14:paraId="5F24BCFC" w14:textId="77777777" w:rsidR="006E3458" w:rsidRDefault="00000000">
      <w:pPr>
        <w:pStyle w:val="Heading1"/>
      </w:pPr>
      <w:r>
        <w:t>FREQUENTLY ASKED QUESTIONS</w:t>
      </w:r>
    </w:p>
    <w:p w14:paraId="1F72FA8C" w14:textId="77777777" w:rsidR="006E3458" w:rsidRDefault="00000000">
      <w:pPr>
        <w:pStyle w:val="Heading2"/>
      </w:pPr>
      <w:r>
        <w:t>Can I use headphones or iPods?</w:t>
      </w:r>
    </w:p>
    <w:p w14:paraId="19028F06" w14:textId="77777777" w:rsidR="006E3458" w:rsidRDefault="00000000">
      <w:pPr>
        <w:ind w:left="216"/>
      </w:pPr>
      <w:r>
        <w:t>Yes, except for athletes competing for prize money, who may not use electronic devices.</w:t>
      </w:r>
    </w:p>
    <w:p w14:paraId="12359B92" w14:textId="77777777" w:rsidR="006E3458" w:rsidRDefault="00000000">
      <w:pPr>
        <w:pStyle w:val="Heading2"/>
      </w:pPr>
      <w:r>
        <w:t>Can I wear a GPS device?</w:t>
      </w:r>
    </w:p>
    <w:p w14:paraId="2D9DE0F8" w14:textId="77777777" w:rsidR="006E3458" w:rsidRDefault="00000000">
      <w:pPr>
        <w:ind w:left="216"/>
      </w:pPr>
      <w:r>
        <w:t>Yes. GPS-recorded times and distances are unofficial.</w:t>
      </w:r>
    </w:p>
    <w:p w14:paraId="1CCC5506" w14:textId="77777777" w:rsidR="006E3458" w:rsidRDefault="00000000">
      <w:pPr>
        <w:pStyle w:val="Heading2"/>
      </w:pPr>
      <w:r>
        <w:t>What is prohibited on the course?</w:t>
      </w:r>
    </w:p>
    <w:p w14:paraId="65E6933B" w14:textId="77777777" w:rsidR="006E3458" w:rsidRDefault="00000000">
      <w:pPr>
        <w:ind w:left="216"/>
      </w:pPr>
      <w:r>
        <w:t>Video devices, cell phones, cameras, computers, unauthorized wheeled devices, strollers, skateboards and rollerblades are not permitted. Only registered wheelchair participants and authorized course marshals on bicycles are allowed.</w:t>
      </w:r>
    </w:p>
    <w:p w14:paraId="59AB2648" w14:textId="77777777" w:rsidR="006E3458" w:rsidRDefault="00000000">
      <w:pPr>
        <w:pStyle w:val="Heading2"/>
      </w:pPr>
      <w:r>
        <w:t>Is there Lost &amp; Found?</w:t>
      </w:r>
    </w:p>
    <w:p w14:paraId="15E88EEC" w14:textId="77777777" w:rsidR="006E3458" w:rsidRDefault="00000000">
      <w:pPr>
        <w:ind w:left="216"/>
      </w:pPr>
      <w:r>
        <w:t>Yes. Lost items may be claimed on race day or by calling (505) 217-4774.</w:t>
      </w:r>
    </w:p>
    <w:p w14:paraId="15BFA364" w14:textId="77777777" w:rsidR="006E3458" w:rsidRDefault="00000000">
      <w:pPr>
        <w:pStyle w:val="Heading2"/>
      </w:pPr>
      <w:r>
        <w:t>Can I get a refund, transfer or defer my entry?</w:t>
      </w:r>
    </w:p>
    <w:p w14:paraId="73EBFAE2" w14:textId="77777777" w:rsidR="006E3458" w:rsidRDefault="00000000">
      <w:pPr>
        <w:ind w:left="216"/>
      </w:pPr>
      <w:r>
        <w:t>No. Entry fees are non-refundable, entries are non-transferable and entries cannot be deferred, including for medical reasons.</w:t>
      </w:r>
    </w:p>
    <w:p w14:paraId="3F049BD9" w14:textId="77777777" w:rsidR="006E3458" w:rsidRDefault="00000000">
      <w:pPr>
        <w:pStyle w:val="Heading2"/>
      </w:pPr>
      <w:r>
        <w:t>Can someone else pick up my packet?</w:t>
      </w:r>
    </w:p>
    <w:p w14:paraId="2EDBB577" w14:textId="77777777" w:rsidR="006E3458" w:rsidRDefault="00000000">
      <w:pPr>
        <w:ind w:left="216"/>
      </w:pPr>
      <w:r>
        <w:t>Yes. A friend may pick up your packet for you.</w:t>
      </w:r>
    </w:p>
    <w:p w14:paraId="3DCD63B5" w14:textId="77777777" w:rsidR="006E3458" w:rsidRDefault="00000000">
      <w:pPr>
        <w:pStyle w:val="Heading2"/>
      </w:pPr>
      <w:r>
        <w:t>Are dogs allowed?</w:t>
      </w:r>
    </w:p>
    <w:p w14:paraId="0B76E98E" w14:textId="77777777" w:rsidR="006E3458" w:rsidRDefault="00000000">
      <w:pPr>
        <w:ind w:left="216"/>
      </w:pPr>
      <w:r>
        <w:t>No. Dogs are not permitted on the course.</w:t>
      </w:r>
    </w:p>
    <w:p w14:paraId="6BEA950B" w14:textId="77777777" w:rsidR="006E3458" w:rsidRDefault="00000000">
      <w:pPr>
        <w:pStyle w:val="Heading1"/>
      </w:pPr>
      <w:r>
        <w:t>COURSE MAPS</w:t>
      </w:r>
    </w:p>
    <w:p w14:paraId="0496F15A" w14:textId="77777777" w:rsidR="00C73235" w:rsidRPr="00C73235" w:rsidRDefault="00C73235" w:rsidP="00C73235">
      <w:pPr>
        <w:spacing w:before="100" w:beforeAutospacing="1" w:after="100" w:afterAutospacing="1"/>
        <w:rPr>
          <w:b/>
          <w:bCs/>
          <w:sz w:val="24"/>
          <w:szCs w:val="24"/>
        </w:rPr>
      </w:pPr>
      <w:r w:rsidRPr="00C73235">
        <w:rPr>
          <w:b/>
          <w:bCs/>
          <w:sz w:val="24"/>
          <w:szCs w:val="24"/>
        </w:rPr>
        <w:t>SANDIA SHADOWS 5K:</w:t>
      </w:r>
    </w:p>
    <w:p w14:paraId="2DB5B155" w14:textId="77777777" w:rsidR="00C73235" w:rsidRDefault="00C73235" w:rsidP="00C73235">
      <w:pPr>
        <w:spacing w:before="100" w:beforeAutospacing="1" w:after="100" w:afterAutospacing="1"/>
      </w:pPr>
      <w:hyperlink r:id="rId9" w:history="1">
        <w:r w:rsidRPr="00FB4181">
          <w:rPr>
            <w:color w:val="0000FF"/>
            <w:u w:val="single"/>
          </w:rPr>
          <w:t xml:space="preserve">SANDIA MOUNTAIN SHADOWS TRAIL RUN 5K - </w:t>
        </w:r>
        <w:proofErr w:type="spellStart"/>
        <w:r w:rsidRPr="00FB4181">
          <w:rPr>
            <w:color w:val="0000FF"/>
            <w:u w:val="single"/>
          </w:rPr>
          <w:t>MapMyRun</w:t>
        </w:r>
        <w:proofErr w:type="spellEnd"/>
      </w:hyperlink>
    </w:p>
    <w:p w14:paraId="2E60E717" w14:textId="77777777" w:rsidR="00C73235" w:rsidRPr="00C73235" w:rsidRDefault="00C73235" w:rsidP="00C73235">
      <w:pPr>
        <w:spacing w:before="100" w:beforeAutospacing="1" w:after="100" w:afterAutospacing="1"/>
        <w:rPr>
          <w:b/>
          <w:bCs/>
          <w:sz w:val="24"/>
          <w:szCs w:val="24"/>
        </w:rPr>
      </w:pPr>
      <w:r w:rsidRPr="00C73235">
        <w:rPr>
          <w:b/>
          <w:bCs/>
          <w:sz w:val="24"/>
          <w:szCs w:val="24"/>
        </w:rPr>
        <w:t>SANDIA SHADOWS 10K:</w:t>
      </w:r>
    </w:p>
    <w:p w14:paraId="568E35B2" w14:textId="77777777" w:rsidR="00C73235" w:rsidRDefault="00C73235" w:rsidP="00C73235">
      <w:pPr>
        <w:spacing w:before="100" w:beforeAutospacing="1" w:after="100" w:afterAutospacing="1"/>
      </w:pPr>
      <w:r w:rsidRPr="002E56B6">
        <w:t> </w:t>
      </w:r>
      <w:hyperlink r:id="rId10" w:history="1">
        <w:r w:rsidRPr="00FB4181">
          <w:rPr>
            <w:color w:val="0000FF"/>
            <w:u w:val="single"/>
          </w:rPr>
          <w:t xml:space="preserve">SANDIA MOUNTAIN SHADOWS TRAIL RUN 10K - </w:t>
        </w:r>
        <w:proofErr w:type="spellStart"/>
        <w:r w:rsidRPr="00FB4181">
          <w:rPr>
            <w:color w:val="0000FF"/>
            <w:u w:val="single"/>
          </w:rPr>
          <w:t>MapMyRun</w:t>
        </w:r>
        <w:proofErr w:type="spellEnd"/>
      </w:hyperlink>
    </w:p>
    <w:p w14:paraId="28AECD6D" w14:textId="77777777" w:rsidR="00C73235" w:rsidRPr="00C73235" w:rsidRDefault="00C73235" w:rsidP="00C73235">
      <w:pPr>
        <w:spacing w:before="100" w:beforeAutospacing="1" w:after="100" w:afterAutospacing="1"/>
        <w:rPr>
          <w:b/>
          <w:bCs/>
          <w:sz w:val="24"/>
          <w:szCs w:val="24"/>
        </w:rPr>
      </w:pPr>
      <w:r w:rsidRPr="00C73235">
        <w:rPr>
          <w:b/>
          <w:bCs/>
          <w:sz w:val="24"/>
          <w:szCs w:val="24"/>
        </w:rPr>
        <w:t>SANDIA SHADOWS 15K:</w:t>
      </w:r>
    </w:p>
    <w:p w14:paraId="550B8751" w14:textId="77777777" w:rsidR="00C73235" w:rsidRDefault="00C73235" w:rsidP="00C73235">
      <w:pPr>
        <w:spacing w:before="100" w:beforeAutospacing="1" w:after="100" w:afterAutospacing="1"/>
      </w:pPr>
      <w:hyperlink r:id="rId11" w:history="1">
        <w:r w:rsidRPr="00FB4181">
          <w:rPr>
            <w:color w:val="0000FF"/>
            <w:u w:val="single"/>
          </w:rPr>
          <w:t xml:space="preserve">SANDIA MOUNTAIN SHADOWS TRAIL RUN 15K - </w:t>
        </w:r>
        <w:proofErr w:type="spellStart"/>
        <w:r w:rsidRPr="00FB4181">
          <w:rPr>
            <w:color w:val="0000FF"/>
            <w:u w:val="single"/>
          </w:rPr>
          <w:t>MapMyRun</w:t>
        </w:r>
        <w:proofErr w:type="spellEnd"/>
      </w:hyperlink>
    </w:p>
    <w:p w14:paraId="4B322A69" w14:textId="77777777" w:rsidR="006E3458" w:rsidRDefault="00000000">
      <w:pPr>
        <w:pStyle w:val="Heading1"/>
      </w:pPr>
      <w:r>
        <w:t>RESULTS</w:t>
      </w:r>
    </w:p>
    <w:p w14:paraId="5E91C8C6" w14:textId="77777777" w:rsidR="006E3458" w:rsidRDefault="00000000">
      <w:r>
        <w:t>Results will be posted on the RunFit website (www.irunfit.org) on race day, October 4, 2026.</w:t>
      </w:r>
    </w:p>
    <w:p w14:paraId="19D02A79" w14:textId="77777777" w:rsidR="006E3458" w:rsidRDefault="00000000">
      <w:pPr>
        <w:pStyle w:val="Heading1"/>
      </w:pPr>
      <w:r>
        <w:t>VOLUNTEER INFORMATION</w:t>
      </w:r>
    </w:p>
    <w:p w14:paraId="61FA35ED" w14:textId="77777777" w:rsidR="006E3458" w:rsidRDefault="00000000">
      <w:r>
        <w:t>Volunteers are still needed. To volunteer on race day, call (505) 217-4774 or email stephenpino@hotmail.com.</w:t>
      </w:r>
    </w:p>
    <w:p w14:paraId="56F3BA5C" w14:textId="77777777" w:rsidR="006E3458" w:rsidRDefault="00000000">
      <w:pPr>
        <w:pStyle w:val="Heading1"/>
      </w:pPr>
      <w:r>
        <w:lastRenderedPageBreak/>
        <w:t>RACE QUESTIONS &amp; INFORMATION</w:t>
      </w:r>
    </w:p>
    <w:p w14:paraId="5F413F86" w14:textId="77777777" w:rsidR="006E3458" w:rsidRDefault="00000000">
      <w:r>
        <w:t>RunFit Headquarters</w:t>
      </w:r>
      <w:r>
        <w:br/>
        <w:t>12104 Palm Springs Ave. NE</w:t>
      </w:r>
      <w:r>
        <w:br/>
        <w:t>Albuquerque, NM 87111</w:t>
      </w:r>
      <w:r>
        <w:br/>
        <w:t>(505) 217-4774</w:t>
      </w:r>
      <w:r>
        <w:br/>
        <w:t>stephenpino@hotmail.com</w:t>
      </w:r>
    </w:p>
    <w:sectPr w:rsidR="006E3458" w:rsidSect="00034616">
      <w:footerReference w:type="default" r:id="rId12"/>
      <w:pgSz w:w="12240" w:h="15840"/>
      <w:pgMar w:top="648"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D80AD" w14:textId="77777777" w:rsidR="00082E56" w:rsidRDefault="00082E56">
      <w:pPr>
        <w:spacing w:after="0" w:line="240" w:lineRule="auto"/>
      </w:pPr>
      <w:r>
        <w:separator/>
      </w:r>
    </w:p>
  </w:endnote>
  <w:endnote w:type="continuationSeparator" w:id="0">
    <w:p w14:paraId="4F0C6BC4" w14:textId="77777777" w:rsidR="00082E56" w:rsidRDefault="0008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EFB7" w14:textId="77777777" w:rsidR="006E3458" w:rsidRDefault="00000000">
    <w:pPr>
      <w:pStyle w:val="Footer"/>
      <w:jc w:val="center"/>
    </w:pPr>
    <w:r>
      <w:rPr>
        <w:sz w:val="16"/>
      </w:rPr>
      <w:t>RunFit | Sandia Mountain Shadows Trail Run | Participant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EC1C8" w14:textId="77777777" w:rsidR="00082E56" w:rsidRDefault="00082E56">
      <w:pPr>
        <w:spacing w:after="0" w:line="240" w:lineRule="auto"/>
      </w:pPr>
      <w:r>
        <w:separator/>
      </w:r>
    </w:p>
  </w:footnote>
  <w:footnote w:type="continuationSeparator" w:id="0">
    <w:p w14:paraId="2996ED12" w14:textId="77777777" w:rsidR="00082E56" w:rsidRDefault="00082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8300123">
    <w:abstractNumId w:val="8"/>
  </w:num>
  <w:num w:numId="2" w16cid:durableId="795412073">
    <w:abstractNumId w:val="6"/>
  </w:num>
  <w:num w:numId="3" w16cid:durableId="180632687">
    <w:abstractNumId w:val="5"/>
  </w:num>
  <w:num w:numId="4" w16cid:durableId="1303929847">
    <w:abstractNumId w:val="4"/>
  </w:num>
  <w:num w:numId="5" w16cid:durableId="1421676327">
    <w:abstractNumId w:val="7"/>
  </w:num>
  <w:num w:numId="6" w16cid:durableId="270013492">
    <w:abstractNumId w:val="3"/>
  </w:num>
  <w:num w:numId="7" w16cid:durableId="96609303">
    <w:abstractNumId w:val="2"/>
  </w:num>
  <w:num w:numId="8" w16cid:durableId="1829788655">
    <w:abstractNumId w:val="1"/>
  </w:num>
  <w:num w:numId="9" w16cid:durableId="813332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E56"/>
    <w:rsid w:val="0015074B"/>
    <w:rsid w:val="0029639D"/>
    <w:rsid w:val="00326F90"/>
    <w:rsid w:val="006E3458"/>
    <w:rsid w:val="00AA1D8D"/>
    <w:rsid w:val="00AF38BE"/>
    <w:rsid w:val="00B47730"/>
    <w:rsid w:val="00C7323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734386"/>
  <w14:defaultImageDpi w14:val="300"/>
  <w15:docId w15:val="{591252A3-B049-464A-AA65-2AF6EB2B3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6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lert">
    <w:name w:val="Alert"/>
    <w:pPr>
      <w:spacing w:after="80"/>
    </w:pPr>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pmyrun.com/routes/view/6719046795/" TargetMode="External"/><Relationship Id="rId5" Type="http://schemas.openxmlformats.org/officeDocument/2006/relationships/webSettings" Target="webSettings.xml"/><Relationship Id="rId10" Type="http://schemas.openxmlformats.org/officeDocument/2006/relationships/hyperlink" Target="https://www.mapmyrun.com/routes/view/10321021/" TargetMode="External"/><Relationship Id="rId4" Type="http://schemas.openxmlformats.org/officeDocument/2006/relationships/settings" Target="settings.xml"/><Relationship Id="rId9" Type="http://schemas.openxmlformats.org/officeDocument/2006/relationships/hyperlink" Target="https://www.mapmyrun.com/routes/view/1100545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Pino</cp:lastModifiedBy>
  <cp:revision>2</cp:revision>
  <dcterms:created xsi:type="dcterms:W3CDTF">2026-09-30T00:17:00Z</dcterms:created>
  <dcterms:modified xsi:type="dcterms:W3CDTF">2026-09-30T00:17:00Z</dcterms:modified>
  <cp:category/>
</cp:coreProperties>
</file>