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9F8B2" w14:textId="77777777" w:rsidR="00EB5DBF" w:rsidRPr="00944CF4" w:rsidRDefault="00000000">
      <w:pPr>
        <w:spacing w:after="40"/>
        <w:jc w:val="center"/>
      </w:pPr>
      <w:r w:rsidRPr="00944CF4">
        <w:rPr>
          <w:b/>
          <w:sz w:val="34"/>
        </w:rPr>
        <w:t>NM ENCHANTMENT 15K / 10K / 5K</w:t>
      </w:r>
    </w:p>
    <w:p w14:paraId="71B6B188" w14:textId="77777777" w:rsidR="00EB5DBF" w:rsidRPr="00944CF4" w:rsidRDefault="00000000">
      <w:pPr>
        <w:spacing w:after="60"/>
        <w:jc w:val="center"/>
      </w:pPr>
      <w:r w:rsidRPr="00944CF4">
        <w:rPr>
          <w:b/>
          <w:sz w:val="26"/>
        </w:rPr>
        <w:t>PARTICIPANT INFORMATION</w:t>
      </w:r>
    </w:p>
    <w:p w14:paraId="08C5ABC4" w14:textId="77777777" w:rsidR="00EB5DBF" w:rsidRDefault="00000000">
      <w:pPr>
        <w:spacing w:after="100"/>
        <w:jc w:val="center"/>
      </w:pPr>
      <w:r>
        <w:rPr>
          <w:b/>
          <w:sz w:val="19"/>
        </w:rPr>
        <w:t>Saturday, November 7, 2026  |  Presented by RunFit</w:t>
      </w:r>
    </w:p>
    <w:p w14:paraId="225B2D56" w14:textId="77777777" w:rsidR="00EB5DBF" w:rsidRDefault="00000000">
      <w:pPr>
        <w:spacing w:before="60" w:after="10"/>
      </w:pPr>
      <w:r>
        <w:rPr>
          <w:b/>
          <w:color w:val="2F6A97"/>
          <w:sz w:val="19"/>
        </w:rPr>
        <w:t>EVENT LOCATION</w:t>
      </w:r>
    </w:p>
    <w:p w14:paraId="1EE6F963" w14:textId="77777777" w:rsidR="00EB5DBF" w:rsidRDefault="00000000">
      <w:pPr>
        <w:spacing w:after="12"/>
      </w:pPr>
      <w:r>
        <w:rPr>
          <w:b/>
        </w:rPr>
        <w:t>Start:</w:t>
      </w:r>
      <w:r>
        <w:t xml:space="preserve"> Reginald Chavez Elementary</w:t>
      </w:r>
    </w:p>
    <w:p w14:paraId="1DFA06D6" w14:textId="77777777" w:rsidR="00EB5DBF" w:rsidRDefault="00000000">
      <w:pPr>
        <w:spacing w:after="12"/>
      </w:pPr>
      <w:r>
        <w:t>2700 Mountain Rd. NW, Albuquerque, NM 87104</w:t>
      </w:r>
    </w:p>
    <w:p w14:paraId="1BE4F83E" w14:textId="77777777" w:rsidR="00EB5DBF" w:rsidRDefault="00000000">
      <w:pPr>
        <w:spacing w:after="12"/>
      </w:pPr>
      <w:r>
        <w:rPr>
          <w:b/>
        </w:rPr>
        <w:t>Finish:</w:t>
      </w:r>
      <w:r>
        <w:t xml:space="preserve"> Bike In Coffee / Old Town Farm</w:t>
      </w:r>
    </w:p>
    <w:p w14:paraId="3A14145A" w14:textId="77777777" w:rsidR="00EB5DBF" w:rsidRDefault="00000000">
      <w:pPr>
        <w:spacing w:after="12"/>
      </w:pPr>
      <w:r>
        <w:t>949 Montoya St. NW, Albuquerque, NM 87104</w:t>
      </w:r>
    </w:p>
    <w:p w14:paraId="186815CB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2F5D9285" w14:textId="32BD04A6" w:rsidR="00EB5DBF" w:rsidRDefault="00000000">
      <w:pPr>
        <w:spacing w:before="60" w:after="10"/>
      </w:pPr>
      <w:r>
        <w:rPr>
          <w:b/>
          <w:color w:val="2F6A97"/>
          <w:sz w:val="19"/>
        </w:rPr>
        <w:t>START TIMES</w:t>
      </w:r>
    </w:p>
    <w:p w14:paraId="33CAB948" w14:textId="77777777" w:rsidR="00EB5DBF" w:rsidRDefault="00000000">
      <w:pPr>
        <w:spacing w:after="12"/>
      </w:pPr>
      <w:r>
        <w:t>15K - 9:00 a.m. (2.5-hour cutoff)</w:t>
      </w:r>
    </w:p>
    <w:p w14:paraId="0332C525" w14:textId="77777777" w:rsidR="00EB5DBF" w:rsidRDefault="00000000">
      <w:pPr>
        <w:spacing w:after="12"/>
      </w:pPr>
      <w:r>
        <w:t>10K - 9:05 a.m.</w:t>
      </w:r>
    </w:p>
    <w:p w14:paraId="4DC1C294" w14:textId="77777777" w:rsidR="00EB5DBF" w:rsidRDefault="00000000">
      <w:pPr>
        <w:spacing w:after="12"/>
      </w:pPr>
      <w:r>
        <w:t>5K - 9:30 a.m.</w:t>
      </w:r>
    </w:p>
    <w:p w14:paraId="1D529311" w14:textId="77777777" w:rsidR="00EB5DBF" w:rsidRDefault="00000000">
      <w:pPr>
        <w:spacing w:after="12"/>
      </w:pPr>
      <w:r>
        <w:t>All races start promptly.</w:t>
      </w:r>
    </w:p>
    <w:p w14:paraId="03E0C1DB" w14:textId="77777777" w:rsidR="00EB5DBF" w:rsidRDefault="00000000">
      <w:pPr>
        <w:spacing w:before="60" w:after="10"/>
      </w:pPr>
      <w:r>
        <w:rPr>
          <w:b/>
          <w:color w:val="2F6A97"/>
          <w:sz w:val="19"/>
        </w:rPr>
        <w:t>PACKET PICKUP &amp; REGISTRATION</w:t>
      </w:r>
    </w:p>
    <w:p w14:paraId="60799765" w14:textId="77777777" w:rsidR="00EB5DBF" w:rsidRDefault="00000000">
      <w:pPr>
        <w:spacing w:after="12"/>
      </w:pPr>
      <w:r>
        <w:t>Friday, November 6, 2026 - 3:00 to 6:00 p.m.</w:t>
      </w:r>
    </w:p>
    <w:p w14:paraId="33B1D74F" w14:textId="77777777" w:rsidR="00EB5DBF" w:rsidRDefault="00000000">
      <w:pPr>
        <w:spacing w:after="12"/>
      </w:pPr>
      <w:r>
        <w:t>Heart &amp; Sole Sports</w:t>
      </w:r>
    </w:p>
    <w:p w14:paraId="489DAE77" w14:textId="77777777" w:rsidR="00EB5DBF" w:rsidRDefault="00000000">
      <w:pPr>
        <w:spacing w:after="12"/>
      </w:pPr>
      <w:r>
        <w:t>2817 San Mateo Blvd. NE, Albuquerque, NM 87110</w:t>
      </w:r>
    </w:p>
    <w:p w14:paraId="643AF0FB" w14:textId="77777777" w:rsidR="00EB5DBF" w:rsidRDefault="00000000">
      <w:pPr>
        <w:spacing w:after="12"/>
      </w:pPr>
      <w:r>
        <w:t>Pre-registered participants must pick up packets at Packet Pickup. Out-of-town participants may pick up race morning at the Start Line. Race-day registration available.</w:t>
      </w:r>
    </w:p>
    <w:p w14:paraId="52196177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443BC0A6" w14:textId="1A4B3412" w:rsidR="00EB5DBF" w:rsidRDefault="00000000">
      <w:pPr>
        <w:spacing w:before="60" w:after="10"/>
      </w:pPr>
      <w:r>
        <w:rPr>
          <w:b/>
          <w:color w:val="2F6A97"/>
          <w:sz w:val="19"/>
        </w:rPr>
        <w:t>PARKING</w:t>
      </w:r>
    </w:p>
    <w:p w14:paraId="435A769F" w14:textId="77777777" w:rsidR="00EB5DBF" w:rsidRDefault="00000000">
      <w:pPr>
        <w:spacing w:after="12"/>
      </w:pPr>
      <w:r>
        <w:t>Primary: Reginald Chavez Elementary</w:t>
      </w:r>
    </w:p>
    <w:p w14:paraId="00859532" w14:textId="77777777" w:rsidR="00EB5DBF" w:rsidRDefault="00000000">
      <w:pPr>
        <w:spacing w:after="12"/>
      </w:pPr>
      <w:r>
        <w:t>Additional: north side of Mountain Rd. &amp; east side of Chavez Elementary.</w:t>
      </w:r>
    </w:p>
    <w:p w14:paraId="1FB95411" w14:textId="77777777" w:rsidR="00EB5DBF" w:rsidRDefault="00000000">
      <w:pPr>
        <w:spacing w:after="12"/>
      </w:pPr>
      <w:r>
        <w:t>No parking at Bike In Coffee / Old Town Farm, or Montoya Rd. north of Mountain Rd. Cars parked in ditches/driveways may be towed.</w:t>
      </w:r>
    </w:p>
    <w:p w14:paraId="2CAD9573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23DACCCC" w14:textId="662ECE4F" w:rsidR="00EB5DBF" w:rsidRDefault="00000000">
      <w:pPr>
        <w:spacing w:before="60" w:after="10"/>
      </w:pPr>
      <w:r>
        <w:rPr>
          <w:b/>
          <w:color w:val="2F6A97"/>
          <w:sz w:val="19"/>
        </w:rPr>
        <w:t>COURSE &amp; SAFETY</w:t>
      </w:r>
    </w:p>
    <w:p w14:paraId="1BEF6B11" w14:textId="77777777" w:rsidR="00EB5DBF" w:rsidRDefault="00000000">
      <w:pPr>
        <w:spacing w:after="12"/>
      </w:pPr>
      <w:r>
        <w:t>Stay within orange traffic cones. Follow mile markers, course signage, volunteers, and race officials. Porta-potties at Start and along course. Gear check available at Start; pickup at Finish.</w:t>
      </w:r>
    </w:p>
    <w:p w14:paraId="4B786E5D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4AEB28CE" w14:textId="73C0EE07" w:rsidR="00EB5DBF" w:rsidRDefault="00000000">
      <w:pPr>
        <w:spacing w:before="60" w:after="10"/>
      </w:pPr>
      <w:r>
        <w:rPr>
          <w:b/>
          <w:color w:val="2F6A97"/>
          <w:sz w:val="19"/>
        </w:rPr>
        <w:t>TIMING &amp; RESULTS</w:t>
      </w:r>
    </w:p>
    <w:p w14:paraId="3A893CD1" w14:textId="77777777" w:rsidR="00EB5DBF" w:rsidRDefault="00000000">
      <w:pPr>
        <w:spacing w:after="12"/>
      </w:pPr>
      <w:r>
        <w:t>Gun start, chip finish. Official timing with RunFit's RACE|RESULTS system. Results posted at the finish and online at www.irunfit.org.</w:t>
      </w:r>
    </w:p>
    <w:p w14:paraId="182237BC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3DEEF525" w14:textId="5EDB24DE" w:rsidR="00EB5DBF" w:rsidRDefault="00000000">
      <w:pPr>
        <w:spacing w:before="60" w:after="10"/>
      </w:pPr>
      <w:r>
        <w:rPr>
          <w:b/>
          <w:color w:val="2F6A97"/>
          <w:sz w:val="19"/>
        </w:rPr>
        <w:t>AWARDS</w:t>
      </w:r>
    </w:p>
    <w:p w14:paraId="133F5068" w14:textId="77777777" w:rsidR="00EB5DBF" w:rsidRDefault="00000000">
      <w:pPr>
        <w:spacing w:after="12"/>
      </w:pPr>
      <w:r>
        <w:t>Finisher medals for all participants.</w:t>
      </w:r>
    </w:p>
    <w:p w14:paraId="7EFC4F96" w14:textId="77777777" w:rsidR="00EB5DBF" w:rsidRDefault="00000000">
      <w:pPr>
        <w:spacing w:after="12"/>
      </w:pPr>
      <w:r>
        <w:t>15K: Top 3 Overall + Age Groups 19 &amp; under through 80+</w:t>
      </w:r>
    </w:p>
    <w:p w14:paraId="30863B55" w14:textId="77777777" w:rsidR="00EB5DBF" w:rsidRDefault="00000000">
      <w:pPr>
        <w:spacing w:after="12"/>
      </w:pPr>
      <w:r>
        <w:t>10K: Top 3 Overall + Age Groups 19 &amp; under through 80+</w:t>
      </w:r>
    </w:p>
    <w:p w14:paraId="289EFFE0" w14:textId="77777777" w:rsidR="00EB5DBF" w:rsidRDefault="00000000">
      <w:pPr>
        <w:spacing w:after="12"/>
      </w:pPr>
      <w:r>
        <w:t>5K: Top 3 Overall + Age Groups 6-8 through 80+</w:t>
      </w:r>
    </w:p>
    <w:p w14:paraId="76CAFF9A" w14:textId="77777777" w:rsidR="00EB5DBF" w:rsidRDefault="00000000">
      <w:pPr>
        <w:spacing w:after="12"/>
      </w:pPr>
      <w:r>
        <w:t>Winners must be present. Awards not mailed.</w:t>
      </w:r>
    </w:p>
    <w:p w14:paraId="47AD4FCC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64BC9EDE" w14:textId="298753F9" w:rsidR="00EB5DBF" w:rsidRDefault="00000000">
      <w:pPr>
        <w:spacing w:before="60" w:after="10"/>
      </w:pPr>
      <w:r>
        <w:rPr>
          <w:b/>
          <w:color w:val="2F6A97"/>
          <w:sz w:val="19"/>
        </w:rPr>
        <w:t>POST-RACE</w:t>
      </w:r>
    </w:p>
    <w:p w14:paraId="3327A874" w14:textId="77777777" w:rsidR="00EB5DBF" w:rsidRDefault="00000000">
      <w:pPr>
        <w:spacing w:after="12"/>
      </w:pPr>
      <w:r>
        <w:t>Awards and refreshments immediately following each race.</w:t>
      </w:r>
    </w:p>
    <w:p w14:paraId="13764302" w14:textId="77777777" w:rsidR="00EB5DBF" w:rsidRDefault="00000000">
      <w:pPr>
        <w:spacing w:after="12"/>
      </w:pPr>
      <w:r>
        <w:t>Please ensure that the $10 Brunch is included in your registration. Brunch can be purchased during Packet Pickup or at the event.</w:t>
      </w:r>
    </w:p>
    <w:p w14:paraId="2E1CFF9F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3AF5678A" w14:textId="6314C02A" w:rsidR="00EB5DBF" w:rsidRDefault="00000000">
      <w:pPr>
        <w:spacing w:before="60" w:after="10"/>
      </w:pPr>
      <w:r>
        <w:rPr>
          <w:b/>
          <w:color w:val="2F6A97"/>
          <w:sz w:val="19"/>
        </w:rPr>
        <w:t>COURSE LINKS</w:t>
      </w:r>
    </w:p>
    <w:p w14:paraId="7391DB5E" w14:textId="52802C10" w:rsidR="00EB5DBF" w:rsidRDefault="00000000">
      <w:pPr>
        <w:spacing w:after="12"/>
      </w:pPr>
      <w:r>
        <w:t xml:space="preserve">15K Route: </w:t>
      </w:r>
      <w:hyperlink r:id="rId8" w:tgtFrame="_blank" w:history="1">
        <w:r w:rsidR="00944CF4" w:rsidRPr="00EC4A2A">
          <w:rPr>
            <w:color w:val="0000FF"/>
            <w:u w:val="single"/>
          </w:rPr>
          <w:t xml:space="preserve">NM ENCHANTMENT 15K - </w:t>
        </w:r>
        <w:proofErr w:type="spellStart"/>
        <w:r w:rsidR="00944CF4" w:rsidRPr="00EC4A2A">
          <w:rPr>
            <w:color w:val="0000FF"/>
            <w:u w:val="single"/>
          </w:rPr>
          <w:t>MapMyRun</w:t>
        </w:r>
        <w:proofErr w:type="spellEnd"/>
      </w:hyperlink>
    </w:p>
    <w:p w14:paraId="3D9994DE" w14:textId="55DD7B6E" w:rsidR="00EB5DBF" w:rsidRDefault="00000000">
      <w:pPr>
        <w:spacing w:after="12"/>
      </w:pPr>
      <w:r>
        <w:t xml:space="preserve">10K Route: </w:t>
      </w:r>
      <w:hyperlink r:id="rId9" w:tgtFrame="_blank" w:history="1">
        <w:r w:rsidR="00944CF4" w:rsidRPr="00EC4A2A">
          <w:rPr>
            <w:color w:val="0000FF"/>
            <w:u w:val="single"/>
          </w:rPr>
          <w:t xml:space="preserve">NM ENCHANTMENT 10K - </w:t>
        </w:r>
        <w:proofErr w:type="spellStart"/>
        <w:r w:rsidR="00944CF4" w:rsidRPr="00EC4A2A">
          <w:rPr>
            <w:color w:val="0000FF"/>
            <w:u w:val="single"/>
          </w:rPr>
          <w:t>MapMyRun</w:t>
        </w:r>
        <w:proofErr w:type="spellEnd"/>
      </w:hyperlink>
    </w:p>
    <w:p w14:paraId="7E30B276" w14:textId="15A88D5C" w:rsidR="00EB5DBF" w:rsidRDefault="00000000" w:rsidP="00944CF4">
      <w:pPr>
        <w:spacing w:after="12"/>
      </w:pPr>
      <w:r>
        <w:t xml:space="preserve">5K Route: </w:t>
      </w:r>
      <w:hyperlink r:id="rId10" w:tgtFrame="_blank" w:history="1">
        <w:r w:rsidR="00944CF4" w:rsidRPr="00EC4A2A">
          <w:rPr>
            <w:color w:val="0000FF"/>
            <w:u w:val="single"/>
          </w:rPr>
          <w:t xml:space="preserve">NM ENCHANTMENT 5K - </w:t>
        </w:r>
        <w:proofErr w:type="spellStart"/>
        <w:r w:rsidR="00944CF4" w:rsidRPr="00EC4A2A">
          <w:rPr>
            <w:color w:val="0000FF"/>
            <w:u w:val="single"/>
          </w:rPr>
          <w:t>MapMyRun</w:t>
        </w:r>
      </w:hyperlink>
      <w:r>
        <w:rPr>
          <w:b/>
          <w:color w:val="2F6A97"/>
          <w:sz w:val="19"/>
        </w:rPr>
        <w:t>VOLUNTEER</w:t>
      </w:r>
      <w:proofErr w:type="spellEnd"/>
      <w:r>
        <w:rPr>
          <w:b/>
          <w:color w:val="2F6A97"/>
          <w:sz w:val="19"/>
        </w:rPr>
        <w:t xml:space="preserve"> INFO</w:t>
      </w:r>
    </w:p>
    <w:p w14:paraId="2D3B43A4" w14:textId="77777777" w:rsidR="00EB5DBF" w:rsidRDefault="00000000">
      <w:pPr>
        <w:spacing w:after="12"/>
      </w:pPr>
      <w:r>
        <w:t>Over 50 volunteers needed! Contact: Stephen Pino, RD | (505) 217-4774 | stephenpino@hotmail.com</w:t>
      </w:r>
    </w:p>
    <w:p w14:paraId="3232D4A6" w14:textId="77777777" w:rsidR="004E7A72" w:rsidRDefault="004E7A72">
      <w:pPr>
        <w:spacing w:before="60" w:after="10"/>
        <w:rPr>
          <w:b/>
          <w:color w:val="2F6A97"/>
          <w:sz w:val="19"/>
        </w:rPr>
      </w:pPr>
    </w:p>
    <w:p w14:paraId="559EBE46" w14:textId="2C14BA10" w:rsidR="00EB5DBF" w:rsidRDefault="00000000">
      <w:pPr>
        <w:spacing w:before="60" w:after="10"/>
      </w:pPr>
      <w:r>
        <w:rPr>
          <w:b/>
          <w:color w:val="2F6A97"/>
          <w:sz w:val="19"/>
        </w:rPr>
        <w:t>PROCEEDS &amp; RUNFIT</w:t>
      </w:r>
    </w:p>
    <w:p w14:paraId="45F65926" w14:textId="77777777" w:rsidR="00EB5DBF" w:rsidRDefault="00000000">
      <w:pPr>
        <w:spacing w:after="12"/>
      </w:pPr>
      <w:r>
        <w:t>Proceeds benefit RunFit, a 501(c)(3) nonprofit providing youth running programs in NM. Learn more at RunFit.</w:t>
      </w:r>
    </w:p>
    <w:sectPr w:rsidR="00EB5DBF" w:rsidSect="00034616">
      <w:footerReference w:type="default" r:id="rId11"/>
      <w:pgSz w:w="12240" w:h="15840"/>
      <w:pgMar w:top="547" w:right="792" w:bottom="547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E56F1" w14:textId="77777777" w:rsidR="00E41D2E" w:rsidRDefault="00E41D2E">
      <w:pPr>
        <w:spacing w:after="0" w:line="240" w:lineRule="auto"/>
      </w:pPr>
      <w:r>
        <w:separator/>
      </w:r>
    </w:p>
  </w:endnote>
  <w:endnote w:type="continuationSeparator" w:id="0">
    <w:p w14:paraId="139D5366" w14:textId="77777777" w:rsidR="00E41D2E" w:rsidRDefault="00E41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8C35" w14:textId="77777777" w:rsidR="00EB5DBF" w:rsidRDefault="00000000">
    <w:pPr>
      <w:pStyle w:val="Footer"/>
      <w:jc w:val="center"/>
    </w:pPr>
    <w:proofErr w:type="gramStart"/>
    <w:r>
      <w:rPr>
        <w:color w:val="646464"/>
        <w:sz w:val="15"/>
      </w:rPr>
      <w:t>RunFit  |</w:t>
    </w:r>
    <w:proofErr w:type="gramEnd"/>
    <w:r>
      <w:rPr>
        <w:color w:val="646464"/>
        <w:sz w:val="15"/>
      </w:rPr>
      <w:t xml:space="preserve">  NM Enchantment 15K / 10K / 5</w:t>
    </w:r>
    <w:proofErr w:type="gramStart"/>
    <w:r>
      <w:rPr>
        <w:color w:val="646464"/>
        <w:sz w:val="15"/>
      </w:rPr>
      <w:t>K  |</w:t>
    </w:r>
    <w:proofErr w:type="gramEnd"/>
    <w:r>
      <w:rPr>
        <w:color w:val="646464"/>
        <w:sz w:val="15"/>
      </w:rPr>
      <w:t xml:space="preserve">  November 7,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A1EDA" w14:textId="77777777" w:rsidR="00E41D2E" w:rsidRDefault="00E41D2E">
      <w:pPr>
        <w:spacing w:after="0" w:line="240" w:lineRule="auto"/>
      </w:pPr>
      <w:r>
        <w:separator/>
      </w:r>
    </w:p>
  </w:footnote>
  <w:footnote w:type="continuationSeparator" w:id="0">
    <w:p w14:paraId="59100AEB" w14:textId="77777777" w:rsidR="00E41D2E" w:rsidRDefault="00E41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0765538">
    <w:abstractNumId w:val="8"/>
  </w:num>
  <w:num w:numId="2" w16cid:durableId="1744794356">
    <w:abstractNumId w:val="6"/>
  </w:num>
  <w:num w:numId="3" w16cid:durableId="1262375435">
    <w:abstractNumId w:val="5"/>
  </w:num>
  <w:num w:numId="4" w16cid:durableId="748619102">
    <w:abstractNumId w:val="4"/>
  </w:num>
  <w:num w:numId="5" w16cid:durableId="852302013">
    <w:abstractNumId w:val="7"/>
  </w:num>
  <w:num w:numId="6" w16cid:durableId="1842550540">
    <w:abstractNumId w:val="3"/>
  </w:num>
  <w:num w:numId="7" w16cid:durableId="1640108587">
    <w:abstractNumId w:val="2"/>
  </w:num>
  <w:num w:numId="8" w16cid:durableId="1550217498">
    <w:abstractNumId w:val="1"/>
  </w:num>
  <w:num w:numId="9" w16cid:durableId="218513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7A72"/>
    <w:rsid w:val="008B07FA"/>
    <w:rsid w:val="00944CF4"/>
    <w:rsid w:val="00AA1D8D"/>
    <w:rsid w:val="00B47730"/>
    <w:rsid w:val="00CB0664"/>
    <w:rsid w:val="00E41D2E"/>
    <w:rsid w:val="00EB5D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5BF2F4"/>
  <w14:defaultImageDpi w14:val="300"/>
  <w15:docId w15:val="{8901B2FD-0E21-4FC2-9223-1B76593E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4"/>
    </w:pPr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pmyrun.com/routes/view/491442543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mapmyrun.com/routes/view/494424275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apmyrun.com/routes/view/49440765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Stephen Pino</cp:lastModifiedBy>
  <cp:revision>3</cp:revision>
  <dcterms:created xsi:type="dcterms:W3CDTF">2026-09-15T14:40:00Z</dcterms:created>
  <dcterms:modified xsi:type="dcterms:W3CDTF">2026-09-15T14:41:00Z</dcterms:modified>
  <cp:category/>
</cp:coreProperties>
</file>